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424"/>
      </w:tblGrid>
      <w:tr>
        <w:tc>
          <w:tcPr>
            <w:tcW w:type="dxa" w:w="561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43000" cy="96355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xtracted_0_Image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9635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16"/>
          </w:tcPr>
          <w:p>
            <w:pPr>
              <w:jc w:val="center"/>
            </w:pPr>
            <w:r>
              <w:rPr>
                <w:b/>
                <w:sz w:val="28"/>
              </w:rPr>
              <w:t>Grant-Reeves VFW Post 7720</w:t>
            </w:r>
            <w:r>
              <w:rPr>
                <w:b/>
              </w:rPr>
              <w:br/>
              <w:t>Community Service</w:t>
            </w:r>
            <w:r>
              <w:rPr>
                <w:b/>
              </w:rPr>
              <w:br/>
              <w:t>Event Staffing Report</w:t>
            </w:r>
            <w:r>
              <w:rPr>
                <w:b/>
              </w:rPr>
              <w:br/>
              <w:t>(Please Print)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sz w:val="20"/>
              </w:rPr>
              <w:t>VFW Coordinator Member Name:</w:t>
            </w:r>
            <w:r>
              <w:t xml:space="preserve"> _______________________________________________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sz w:val="20"/>
              </w:rPr>
              <w:t>Event Name:</w:t>
            </w:r>
            <w:r>
              <w:t xml:space="preserve"> _______________________________________________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sz w:val="20"/>
              </w:rPr>
              <w:t>Event Location:</w:t>
            </w:r>
            <w:r>
              <w:t xml:space="preserve"> _______________________________________________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sz w:val="20"/>
              </w:rPr>
              <w:t>Date Started:</w:t>
            </w:r>
            <w:r>
              <w:t xml:space="preserve"> _________________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sz w:val="20"/>
              </w:rPr>
              <w:t>Date Ended: 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1440"/>
        <w:gridCol w:w="1512"/>
        <w:gridCol w:w="1944"/>
        <w:gridCol w:w="1800"/>
      </w:tblGrid>
      <w:tr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Member Name (Print)</w:t>
            </w:r>
          </w:p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Date</w:t>
              <w:br/>
              <w:t>Volunteered</w:t>
            </w:r>
          </w:p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Hours</w:t>
              <w:br/>
              <w:t>Volunteered</w:t>
            </w:r>
          </w:p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Mileage Traveled</w:t>
              <w:br/>
              <w:t>(Round Trip)</w:t>
            </w:r>
          </w:p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Out-of-pocket</w:t>
              <w:br/>
              <w:t>Costs</w:t>
            </w:r>
          </w:p>
        </w:tc>
      </w:tr>
      <w:tr>
        <w:trPr>
          <w:trHeight w:val="461"/>
        </w:trPr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shd w:fill="D9D9D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  <w:tr>
        <w:trPr>
          <w:trHeight w:val="461"/>
        </w:trPr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  <w:tc>
          <w:tcPr>
            <w:tcW w:type="dxa" w:w="2246"/>
            <w:vAlign w:val="center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</w:tcPr>
          <w:p/>
        </w:tc>
      </w:tr>
    </w:tbl>
    <w:p>
      <w:pPr>
        <w:spacing w:before="80" w:after="80"/>
        <w:jc w:val="center"/>
      </w:pPr>
      <w:r>
        <w:rPr>
          <w:sz w:val="18"/>
        </w:rPr>
        <w:t>Hand in completed report at monthly meeting, or</w:t>
        <w:br/>
      </w:r>
      <w:r>
        <w:rPr>
          <w:b/>
          <w:sz w:val="18"/>
        </w:rPr>
        <w:t>email to David Horn at VFWjrvice7720@gmail.com</w:t>
      </w:r>
      <w:r>
        <w:rPr>
          <w:sz w:val="18"/>
        </w:rPr>
        <w:t xml:space="preserve">  Include subject line: </w:t>
      </w:r>
      <w:r>
        <w:rPr>
          <w:b/>
          <w:sz w:val="18"/>
          <w:u w:val="single"/>
        </w:rPr>
        <w:t>CSR Report</w:t>
      </w:r>
    </w:p>
    <w:p>
      <w:pPr>
        <w:spacing w:before="0"/>
        <w:jc w:val="left"/>
      </w:pPr>
      <w:r>
        <w:rPr>
          <w:sz w:val="18"/>
        </w:rPr>
        <w:t>CSR Form 2 (2025)</w:t>
      </w:r>
      <w:r>
        <w:t xml:space="preserve">                                   </w:t>
      </w:r>
      <w:r>
        <w:rPr>
          <w:sz w:val="18"/>
        </w:rPr>
        <w:t>Page ______ of ______ page(s)</w:t>
      </w:r>
    </w:p>
    <w:sectPr w:rsidR="00FC693F" w:rsidRPr="0006063C" w:rsidSect="00034616">
      <w:pgSz w:w="12240" w:h="15840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